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5CD344" w14:textId="77777777" w:rsidR="006A48ED" w:rsidRDefault="00000000">
      <w:pPr>
        <w:pStyle w:val="Titolo"/>
        <w:spacing w:after="100" w:line="252" w:lineRule="auto"/>
      </w:pPr>
      <w:r>
        <w:t>Facsimile di relata di notificazione a mezzo PEC</w:t>
      </w:r>
    </w:p>
    <w:p w14:paraId="6221CEB0" w14:textId="77777777" w:rsidR="006A48ED" w:rsidRDefault="00000000">
      <w:pPr>
        <w:spacing w:after="100" w:line="252" w:lineRule="auto"/>
      </w:pPr>
      <w:r>
        <w:rPr>
          <w:sz w:val="22"/>
        </w:rPr>
        <w:t>Ai sensi dell’art. 3-bis della legge 21 gennaio 1994, n. 53</w:t>
      </w:r>
    </w:p>
    <w:p w14:paraId="0110797C" w14:textId="77777777" w:rsidR="006A48ED" w:rsidRDefault="00000000">
      <w:pPr>
        <w:pStyle w:val="Titolo1"/>
        <w:spacing w:after="100" w:line="252" w:lineRule="auto"/>
      </w:pPr>
      <w:proofErr w:type="spellStart"/>
      <w:r>
        <w:t>Avvocato</w:t>
      </w:r>
      <w:proofErr w:type="spellEnd"/>
      <w:r>
        <w:t xml:space="preserve"> </w:t>
      </w:r>
      <w:proofErr w:type="spellStart"/>
      <w:r>
        <w:t>notificante</w:t>
      </w:r>
      <w:proofErr w:type="spellEnd"/>
      <w:r>
        <w:t xml:space="preserve"> e </w:t>
      </w:r>
      <w:proofErr w:type="spellStart"/>
      <w:r>
        <w:t>qualità</w:t>
      </w:r>
      <w:proofErr w:type="spellEnd"/>
    </w:p>
    <w:p w14:paraId="70112A30" w14:textId="77777777" w:rsidR="006A48ED" w:rsidRDefault="00000000">
      <w:pPr>
        <w:spacing w:after="100" w:line="252" w:lineRule="auto"/>
      </w:pPr>
      <w:r>
        <w:rPr>
          <w:sz w:val="22"/>
        </w:rPr>
        <w:t>Io sottoscritto/a Avv. ______________________________, codice fiscale ______________________________, iscritto/a all’Albo dell’Ordine degli Avvocati di ______________________________, con studio in ______________________________, via ______________________________ n. ______, PEC ______________________________, risultante dal pubblico elenco ______________________________, nella qualità di ______________________________, munito/a dei poteri per la presente notificazione in forza di ______________________________, nell’interesse di ______________________________, codice fiscale ______________________________, beneficiario del decreto di pagamento sotto indicato,</w:t>
      </w:r>
    </w:p>
    <w:p w14:paraId="5D8C70B8" w14:textId="77777777" w:rsidR="006A48ED" w:rsidRDefault="00000000">
      <w:pPr>
        <w:pStyle w:val="Titolo1"/>
        <w:spacing w:after="100" w:line="252" w:lineRule="auto"/>
      </w:pPr>
      <w:r>
        <w:t>Atto notificato</w:t>
      </w:r>
    </w:p>
    <w:p w14:paraId="6FCD1CD4" w14:textId="77777777" w:rsidR="006A48ED" w:rsidRDefault="00000000">
      <w:pPr>
        <w:spacing w:after="100" w:line="252" w:lineRule="auto"/>
      </w:pPr>
      <w:r>
        <w:rPr>
          <w:sz w:val="22"/>
        </w:rPr>
        <w:t>NOTIFICO, ad ogni effetto di legge e ai fini della decorrenza del termine breve di opposizione di cui all’art. 170 del d.P.R. n. 115/2002, il decreto di pagamento emesso in data __________ dal magistrato ______________________________ dell’Ufficio giudiziario ______________________________, sezione ______________________________, pubblicato in data __________, relativo al procedimento ______________________________, registro __________ n. ______/______, eventuale RGNR n. ______/______, eventuale registro giudicante __________ n. ______/______, su istanza di liquidazione del __________, pratica Spedigius/SIAMM n. __________________, in favore di ______________________________, nella qualità di ______________________________, per l’importo di euro __________________.</w:t>
      </w:r>
    </w:p>
    <w:p w14:paraId="2AD7F6FD" w14:textId="77777777" w:rsidR="006A48ED" w:rsidRDefault="00000000">
      <w:pPr>
        <w:spacing w:after="100" w:line="252" w:lineRule="auto"/>
      </w:pPr>
      <w:r>
        <w:rPr>
          <w:sz w:val="22"/>
        </w:rPr>
        <w:t>Il decreto viene notificato quale: duplicato informatico / copia informatica con attestazione di conformità resa da soggetto legittimato / copia conforme rilasciata dalla Cancelleria. Specificare provenienza, data e titolo della conformità: ____________________________________________________________.</w:t>
      </w:r>
    </w:p>
    <w:p w14:paraId="3A2B190F" w14:textId="77777777" w:rsidR="006A48ED" w:rsidRDefault="00000000">
      <w:pPr>
        <w:pStyle w:val="Titolo1"/>
        <w:spacing w:after="100" w:line="252" w:lineRule="auto"/>
      </w:pPr>
      <w:r>
        <w:t>Destinatari della notificazione</w:t>
      </w:r>
    </w:p>
    <w:p w14:paraId="226D236D" w14:textId="77777777" w:rsidR="006A48ED" w:rsidRDefault="00000000">
      <w:pPr>
        <w:spacing w:after="100" w:line="252" w:lineRule="auto"/>
      </w:pPr>
      <w:r>
        <w:rPr>
          <w:sz w:val="22"/>
        </w:rPr>
        <w:t>Dal mio indirizzo PEC ______________________________ notifico il suddetto decreto ai seguenti destinatari, mediante distinti messaggi o secondo le modalità consentite dalla legge.</w:t>
      </w:r>
    </w:p>
    <w:p w14:paraId="4FF4D14E" w14:textId="77777777" w:rsidR="006A48ED" w:rsidRDefault="00000000">
      <w:pPr>
        <w:pStyle w:val="Titolo2"/>
        <w:spacing w:after="100" w:line="252" w:lineRule="auto"/>
      </w:pPr>
      <w:r>
        <w:t>A Pubblico ministero</w:t>
      </w:r>
    </w:p>
    <w:p w14:paraId="7E0E8CD3" w14:textId="766CF593" w:rsidR="006A48ED" w:rsidRDefault="00000000">
      <w:pPr>
        <w:spacing w:after="100" w:line="252" w:lineRule="auto"/>
      </w:pPr>
      <w:r>
        <w:rPr>
          <w:sz w:val="22"/>
        </w:rPr>
        <w:t>Destinatario o Amministrazione rappresentata ______________________________</w:t>
      </w:r>
      <w:r>
        <w:rPr>
          <w:sz w:val="22"/>
        </w:rPr>
        <w:br/>
      </w:r>
      <w:proofErr w:type="spellStart"/>
      <w:r>
        <w:rPr>
          <w:sz w:val="22"/>
        </w:rPr>
        <w:t>Indirizzo</w:t>
      </w:r>
      <w:proofErr w:type="spellEnd"/>
      <w:r>
        <w:rPr>
          <w:sz w:val="22"/>
        </w:rPr>
        <w:t xml:space="preserve"> PEC ______________________________</w:t>
      </w:r>
      <w:r>
        <w:rPr>
          <w:sz w:val="22"/>
        </w:rPr>
        <w:br/>
        <w:t>Pubblico elenco di estrazione ______________________________</w:t>
      </w:r>
      <w:r>
        <w:rPr>
          <w:sz w:val="22"/>
        </w:rPr>
        <w:br/>
      </w:r>
    </w:p>
    <w:p w14:paraId="0F3D85A6" w14:textId="77777777" w:rsidR="006A48ED" w:rsidRDefault="00000000">
      <w:pPr>
        <w:pStyle w:val="Titolo2"/>
        <w:spacing w:after="100" w:line="252" w:lineRule="auto"/>
      </w:pPr>
      <w:r>
        <w:t>B Amministrazione presso l’Avvocatura dello Stato</w:t>
      </w:r>
    </w:p>
    <w:p w14:paraId="463CE2AF" w14:textId="702CE5A6" w:rsidR="006A48ED" w:rsidRDefault="00000000">
      <w:pPr>
        <w:spacing w:after="100" w:line="252" w:lineRule="auto"/>
      </w:pPr>
      <w:r>
        <w:rPr>
          <w:sz w:val="22"/>
        </w:rPr>
        <w:t>Destinatario o Amministrazione rappresentata ______________________________</w:t>
      </w:r>
      <w:r>
        <w:rPr>
          <w:sz w:val="22"/>
        </w:rPr>
        <w:br/>
        <w:t>Indirizzo PEC ______________________________</w:t>
      </w:r>
      <w:r>
        <w:rPr>
          <w:sz w:val="22"/>
        </w:rPr>
        <w:br/>
        <w:t>Pubblico elenco di estrazione ______________________________</w:t>
      </w:r>
      <w:r>
        <w:rPr>
          <w:sz w:val="22"/>
        </w:rPr>
        <w:br/>
      </w:r>
    </w:p>
    <w:p w14:paraId="28D121F3" w14:textId="77777777" w:rsidR="006A48ED" w:rsidRDefault="00000000">
      <w:pPr>
        <w:pStyle w:val="Titolo2"/>
        <w:spacing w:after="100" w:line="252" w:lineRule="auto"/>
      </w:pPr>
      <w:r>
        <w:lastRenderedPageBreak/>
        <w:t>C Parte processuale ove la categoria del beneficiario lo richieda</w:t>
      </w:r>
    </w:p>
    <w:p w14:paraId="7A1040F7" w14:textId="77777777" w:rsidR="006A48ED" w:rsidRDefault="00000000">
      <w:pPr>
        <w:spacing w:after="100" w:line="252" w:lineRule="auto"/>
      </w:pPr>
      <w:r>
        <w:rPr>
          <w:sz w:val="22"/>
        </w:rPr>
        <w:t>Destinatario o Amministrazione rappresentata ______________________________</w:t>
      </w:r>
      <w:r>
        <w:rPr>
          <w:sz w:val="22"/>
        </w:rPr>
        <w:br/>
        <w:t>Qualità processuale ______________________________</w:t>
      </w:r>
      <w:r>
        <w:rPr>
          <w:sz w:val="22"/>
        </w:rPr>
        <w:br/>
        <w:t>Codice fiscale ove previsto ______________________________</w:t>
      </w:r>
      <w:r>
        <w:rPr>
          <w:sz w:val="22"/>
        </w:rPr>
        <w:br/>
        <w:t>Ufficio o difensore destinatario ______________________________</w:t>
      </w:r>
      <w:r>
        <w:rPr>
          <w:sz w:val="22"/>
        </w:rPr>
        <w:br/>
        <w:t>Parte rappresentata dal difensore ______________________________</w:t>
      </w:r>
      <w:r>
        <w:rPr>
          <w:sz w:val="22"/>
        </w:rPr>
        <w:br/>
        <w:t>Titolo della notificazione personale o presso il difensore ______________________________</w:t>
      </w:r>
      <w:r>
        <w:rPr>
          <w:sz w:val="22"/>
        </w:rPr>
        <w:br/>
        <w:t>Indirizzo PEC ______________________________</w:t>
      </w:r>
      <w:r>
        <w:rPr>
          <w:sz w:val="22"/>
        </w:rPr>
        <w:br/>
        <w:t>Pubblico elenco di estrazione ______________________________</w:t>
      </w:r>
      <w:r>
        <w:rPr>
          <w:sz w:val="22"/>
        </w:rPr>
        <w:br/>
        <w:t>Data della consultazione __________</w:t>
      </w:r>
    </w:p>
    <w:p w14:paraId="5C992DD4" w14:textId="77777777" w:rsidR="006A48ED" w:rsidRDefault="00000000">
      <w:pPr>
        <w:spacing w:after="100" w:line="252" w:lineRule="auto"/>
      </w:pPr>
      <w:r>
        <w:rPr>
          <w:sz w:val="22"/>
        </w:rPr>
        <w:t>Per destinatari ulteriori ripetere il blocco C. Per la parte contumace civile indicare il domicilio digitale della parte personalmente, ove idoneo; se la notificazione deve essere effettuata all’indirizzo fisico occorre una distinta procedura di notificazione nelle forme ordinarie. Per l’imputato assente, contumace o irreperibile precisare la norma e l’atto che consentono la notificazione al difensore.</w:t>
      </w:r>
    </w:p>
    <w:p w14:paraId="7B7FFFA5" w14:textId="77777777" w:rsidR="006A48ED" w:rsidRDefault="00000000">
      <w:pPr>
        <w:pStyle w:val="Titolo1"/>
        <w:spacing w:after="100" w:line="252" w:lineRule="auto"/>
      </w:pPr>
      <w:r>
        <w:t>Dichiarazioni e allegati</w:t>
      </w:r>
    </w:p>
    <w:p w14:paraId="787F50C7" w14:textId="77777777" w:rsidR="006A48ED" w:rsidRDefault="00000000">
      <w:pPr>
        <w:spacing w:after="100" w:line="252" w:lineRule="auto"/>
      </w:pPr>
      <w:r>
        <w:rPr>
          <w:sz w:val="22"/>
        </w:rPr>
        <w:t>DICHIARO che la presente notificazione si riferisce al procedimento sopra identificato e che ciascun indirizzo PEC è stato estratto dal pubblico elenco indicato per il relativo destinatario. Il messaggio reca nell’oggetto la dicitura “notificazione ai sensi della legge n. 53 del 1994”.</w:t>
      </w:r>
    </w:p>
    <w:p w14:paraId="474ADB9A" w14:textId="77777777" w:rsidR="006A48ED" w:rsidRDefault="00000000">
      <w:pPr>
        <w:spacing w:after="100" w:line="252" w:lineRule="auto"/>
      </w:pPr>
      <w:r>
        <w:rPr>
          <w:sz w:val="22"/>
        </w:rPr>
        <w:t>ATTESTO che il messaggio inviato dalla mia PEC contiene i seguenti documenti informatici:</w:t>
      </w:r>
      <w:r>
        <w:rPr>
          <w:sz w:val="22"/>
        </w:rPr>
        <w:br/>
        <w:t>1. presente relata, sottoscritta digitalmente, file ______________________________;</w:t>
      </w:r>
      <w:r>
        <w:rPr>
          <w:sz w:val="22"/>
        </w:rPr>
        <w:br/>
        <w:t>2. decreto di pagamento, file ______________________________;</w:t>
      </w:r>
      <w:r>
        <w:rPr>
          <w:sz w:val="22"/>
        </w:rPr>
        <w:br/>
        <w:t>3. attestazione di conformità o certificazione della Cancelleria, ove necessaria, file ______________________________;</w:t>
      </w:r>
      <w:r>
        <w:rPr>
          <w:sz w:val="22"/>
        </w:rPr>
        <w:br/>
        <w:t>4. ulteriori allegati pertinenti ______________________________.</w:t>
      </w:r>
    </w:p>
    <w:p w14:paraId="1DD77FC9" w14:textId="77777777" w:rsidR="006A48ED" w:rsidRDefault="00000000">
      <w:pPr>
        <w:spacing w:after="100" w:line="252" w:lineRule="auto"/>
      </w:pPr>
      <w:r>
        <w:rPr>
          <w:sz w:val="22"/>
        </w:rPr>
        <w:t>Eventuale attestazione di conformità resa dal notificante, soltanto se munito del relativo potere: “Ai sensi di ______________________________, attesto che il file ______________________________, contenente il decreto di pagamento del __________, è conforme a ______________________________, estratto/ricevuto da ______________________________ in data __________”. In alternativa, richiamare l’attestazione separata rilasciata dalla Cancelleria, senza rendere attestazioni non consentite.</w:t>
      </w:r>
    </w:p>
    <w:p w14:paraId="6F4DF784" w14:textId="77777777" w:rsidR="006A48ED" w:rsidRDefault="00000000">
      <w:pPr>
        <w:spacing w:after="100" w:line="252" w:lineRule="auto"/>
      </w:pPr>
      <w:r>
        <w:rPr>
          <w:sz w:val="22"/>
        </w:rPr>
        <w:t>Luogo ______________________________     Data __________</w:t>
      </w:r>
      <w:r>
        <w:rPr>
          <w:sz w:val="22"/>
        </w:rPr>
        <w:br/>
        <w:t>Avv. ______________________________</w:t>
      </w:r>
      <w:r>
        <w:rPr>
          <w:sz w:val="22"/>
        </w:rPr>
        <w:br/>
        <w:t>Firma digitale</w:t>
      </w:r>
    </w:p>
    <w:p w14:paraId="1D1D7752" w14:textId="77777777" w:rsidR="006A48ED" w:rsidRDefault="00000000">
      <w:pPr>
        <w:spacing w:after="100" w:line="252" w:lineRule="auto"/>
      </w:pPr>
      <w:r>
        <w:rPr>
          <w:sz w:val="22"/>
        </w:rPr>
        <w:br w:type="page"/>
      </w:r>
    </w:p>
    <w:p w14:paraId="0E773BB7" w14:textId="77777777" w:rsidR="006A48ED" w:rsidRDefault="00000000">
      <w:pPr>
        <w:pStyle w:val="Titolo"/>
        <w:spacing w:after="100" w:line="252" w:lineRule="auto"/>
      </w:pPr>
      <w:r>
        <w:lastRenderedPageBreak/>
        <w:t>Dichiarazione di acquiescenza al decreto di pagamento</w:t>
      </w:r>
    </w:p>
    <w:p w14:paraId="0F3A946E" w14:textId="77777777" w:rsidR="006A48ED" w:rsidRDefault="00000000">
      <w:pPr>
        <w:spacing w:after="100" w:line="252" w:lineRule="auto"/>
      </w:pPr>
      <w:r>
        <w:rPr>
          <w:sz w:val="22"/>
        </w:rPr>
        <w:t>Il/La sottoscritto/a ______________________________, nato/a a ______________________________ il __________, codice fiscale ______________________________, PEC ______________________________, nella qualità di beneficiario/a del decreto di pagamento emesso in data __________ dal magistrato ______________________________ dell’Ufficio giudiziario ______________________________, relativo al procedimento registro __________ n. ______/______, eventuale RGNR n. ______/______, eventuale registro giudicante __________ n. ______/______, pratica Spedigius/SIAMM n. __________________, per l’importo di euro __________________,</w:t>
      </w:r>
    </w:p>
    <w:p w14:paraId="555CF53C" w14:textId="77777777" w:rsidR="006A48ED" w:rsidRDefault="00000000">
      <w:pPr>
        <w:pStyle w:val="Titolo1"/>
        <w:spacing w:after="100" w:line="252" w:lineRule="auto"/>
      </w:pPr>
      <w:r>
        <w:t>Dichiara</w:t>
      </w:r>
    </w:p>
    <w:p w14:paraId="6A38DE41" w14:textId="77777777" w:rsidR="006A48ED" w:rsidRDefault="00000000">
      <w:pPr>
        <w:spacing w:after="100" w:line="252" w:lineRule="auto"/>
      </w:pPr>
      <w:r>
        <w:rPr>
          <w:sz w:val="22"/>
        </w:rPr>
        <w:t>di avere conoscenza integrale del decreto sopra identificato; di accettare integralmente la liquidazione disposta con tale provvedimento; di prestare acquiescenza al decreto di pagamento e di rinunciare a proporre opposizione avverso lo stesso, limitatamente alla propria posizione di beneficiario/a.</w:t>
      </w:r>
    </w:p>
    <w:p w14:paraId="22B34D30" w14:textId="77777777" w:rsidR="006A48ED" w:rsidRDefault="00000000">
      <w:pPr>
        <w:spacing w:after="100" w:line="252" w:lineRule="auto"/>
      </w:pPr>
      <w:r>
        <w:rPr>
          <w:sz w:val="22"/>
        </w:rPr>
        <w:t>La presente dichiarazione non sostituisce le notificazioni dovute agli altri soggetti e non incide sui loro diritti di opposizione.</w:t>
      </w:r>
    </w:p>
    <w:p w14:paraId="53A501A7" w14:textId="77777777" w:rsidR="006A48ED" w:rsidRDefault="00000000">
      <w:pPr>
        <w:spacing w:after="100" w:line="252" w:lineRule="auto"/>
      </w:pPr>
      <w:r>
        <w:rPr>
          <w:sz w:val="22"/>
        </w:rPr>
        <w:t>Luogo ______________________________     Data __________</w:t>
      </w:r>
      <w:r>
        <w:rPr>
          <w:sz w:val="22"/>
        </w:rPr>
        <w:br/>
        <w:t>Firma del beneficiario ______________________________</w:t>
      </w:r>
      <w:r>
        <w:rPr>
          <w:sz w:val="22"/>
        </w:rPr>
        <w:br/>
        <w:t>Sottoscrizione digitale oppure sottoscrizione autografa con documento di identità, ove richiesto per la modalità di presentazione.</w:t>
      </w:r>
    </w:p>
    <w:p w14:paraId="7C3D4DFD" w14:textId="77777777" w:rsidR="006A48ED" w:rsidRDefault="00000000">
      <w:pPr>
        <w:spacing w:after="100" w:line="252" w:lineRule="auto"/>
      </w:pPr>
      <w:r>
        <w:rPr>
          <w:sz w:val="22"/>
        </w:rPr>
        <w:br w:type="page"/>
      </w:r>
    </w:p>
    <w:p w14:paraId="56E5D972" w14:textId="77777777" w:rsidR="006A48ED" w:rsidRDefault="00000000">
      <w:pPr>
        <w:pStyle w:val="Titolo"/>
        <w:spacing w:after="100" w:line="252" w:lineRule="auto"/>
      </w:pPr>
      <w:r>
        <w:lastRenderedPageBreak/>
        <w:t>Comunicazione delle notificazioni e richiesta di verifica</w:t>
      </w:r>
    </w:p>
    <w:p w14:paraId="4AD3D20A" w14:textId="77777777" w:rsidR="006A48ED" w:rsidRDefault="00000000">
      <w:pPr>
        <w:spacing w:after="100" w:line="252" w:lineRule="auto"/>
      </w:pPr>
      <w:r>
        <w:rPr>
          <w:sz w:val="22"/>
        </w:rPr>
        <w:t>All’Ufficio Spese di Giustizia del Tribunale di Reggio Calabria</w:t>
      </w:r>
      <w:r>
        <w:rPr>
          <w:sz w:val="22"/>
        </w:rPr>
        <w:br/>
        <w:t>PEC: spesedigiustizia.tribunale.reggiocalabria@giustiziacert.it</w:t>
      </w:r>
    </w:p>
    <w:p w14:paraId="3B2DAB7D" w14:textId="77777777" w:rsidR="006A48ED" w:rsidRDefault="00000000">
      <w:pPr>
        <w:spacing w:after="100" w:line="252" w:lineRule="auto"/>
      </w:pPr>
      <w:r>
        <w:rPr>
          <w:sz w:val="22"/>
        </w:rPr>
        <w:t>Oggetto: notificazioni decreto di pagamento – richiesta verifica termine breve – pratica Spedigius/SIAMM n. __________ – procedimento n. __________ – beneficiario ______________________________.</w:t>
      </w:r>
    </w:p>
    <w:p w14:paraId="6218BCCA" w14:textId="77777777" w:rsidR="006A48ED" w:rsidRDefault="00000000">
      <w:pPr>
        <w:spacing w:after="100" w:line="252" w:lineRule="auto"/>
      </w:pPr>
      <w:r>
        <w:rPr>
          <w:sz w:val="22"/>
        </w:rPr>
        <w:t>Il/La sottoscritto/a ______________________________, codice fiscale ______________________________, PEC ______________________________, beneficiario/a nella categoria ______________________________, con titolo di liquidazione ______________________________, comunica di avere eseguito le notificazioni del decreto emesso il __________, pubblicato il __________, dal magistrato ______________________________, relativo al settore civile/penale __________, procedimento registro __________ n. ______/______, RGNR n. ______/______, registro giudicante __________ n. ______/______, importo euro __________________.</w:t>
      </w:r>
    </w:p>
    <w:p w14:paraId="6A0F7E2D" w14:textId="77777777" w:rsidR="006A48ED" w:rsidRDefault="00000000">
      <w:pPr>
        <w:spacing w:after="100" w:line="252" w:lineRule="auto"/>
      </w:pPr>
      <w:r>
        <w:rPr>
          <w:sz w:val="22"/>
        </w:rPr>
        <w:t>Dà atto di avere integrato la corrispondente istanza su Spedigius in data __________ con la documentazione sotto elencata. La data dell’ultima notificazione perfezionata per il destinatario è __________; la scadenza proposta del termine breve è __________, calcolata considerando ______________________________. Eventuali notificazioni ancora da eseguire o da integrare: ______________________________.</w:t>
      </w:r>
    </w:p>
    <w:p w14:paraId="6F687AA8" w14:textId="77777777" w:rsidR="006A48ED" w:rsidRDefault="00000000">
      <w:pPr>
        <w:spacing w:after="100" w:line="252" w:lineRule="auto"/>
      </w:pPr>
      <w:r>
        <w:rPr>
          <w:sz w:val="22"/>
        </w:rPr>
        <w:t>Chiede che, una volta maturati i termini per tutti i destinatari e verificata la regolarità della documentazione e l’assenza di opposizioni, siano compiuti gli adempimenti necessari al passaggio di stato in “provvedimento lordo esecutivo”.</w:t>
      </w:r>
    </w:p>
    <w:p w14:paraId="163677F8" w14:textId="77777777" w:rsidR="006A48ED" w:rsidRDefault="00000000">
      <w:pPr>
        <w:pStyle w:val="Titolo1"/>
        <w:spacing w:after="100" w:line="252" w:lineRule="auto"/>
      </w:pPr>
      <w:r>
        <w:t>Riepilogo da ripetere per ogni destinatario</w:t>
      </w:r>
    </w:p>
    <w:p w14:paraId="42A51F2A" w14:textId="77777777" w:rsidR="006A48ED" w:rsidRDefault="00000000">
      <w:pPr>
        <w:spacing w:after="100" w:line="252" w:lineRule="auto"/>
      </w:pPr>
      <w:r>
        <w:rPr>
          <w:sz w:val="22"/>
        </w:rPr>
        <w:t>Nome o denominazione ______________________________</w:t>
      </w:r>
      <w:r>
        <w:rPr>
          <w:sz w:val="22"/>
        </w:rPr>
        <w:br/>
        <w:t>Qualità processuale ______________________________</w:t>
      </w:r>
      <w:r>
        <w:rPr>
          <w:sz w:val="22"/>
        </w:rPr>
        <w:br/>
        <w:t>Parte rappresentata e difensore destinatario ______________________________</w:t>
      </w:r>
      <w:r>
        <w:rPr>
          <w:sz w:val="22"/>
        </w:rPr>
        <w:br/>
        <w:t>Modalità e titolo della notificazione ______________________________</w:t>
      </w:r>
      <w:r>
        <w:rPr>
          <w:sz w:val="22"/>
        </w:rPr>
        <w:br/>
        <w:t>PEC o indirizzo fisico ______________________________</w:t>
      </w:r>
      <w:r>
        <w:rPr>
          <w:sz w:val="22"/>
        </w:rPr>
        <w:br/>
        <w:t>Pubblico elenco e data di consultazione ______________________________</w:t>
      </w:r>
      <w:r>
        <w:rPr>
          <w:sz w:val="22"/>
        </w:rPr>
        <w:br/>
        <w:t>Data e ora di perfezionamento per il destinatario ______________________________</w:t>
      </w:r>
      <w:r>
        <w:rPr>
          <w:sz w:val="22"/>
        </w:rPr>
        <w:br/>
        <w:t>File contenente la prova ______________________________</w:t>
      </w:r>
      <w:r>
        <w:rPr>
          <w:sz w:val="22"/>
        </w:rPr>
        <w:br/>
        <w:t>Eventuale assenza contumacia o irreperibilità e atti di riferimento ______________________________</w:t>
      </w:r>
    </w:p>
    <w:p w14:paraId="53A95F54" w14:textId="77777777" w:rsidR="006A48ED" w:rsidRDefault="00000000">
      <w:pPr>
        <w:pStyle w:val="Titolo1"/>
        <w:spacing w:after="100" w:line="252" w:lineRule="auto"/>
      </w:pPr>
      <w:r>
        <w:t>Documenti allegati e integrati su Spedigius</w:t>
      </w:r>
    </w:p>
    <w:p w14:paraId="23BB07E3" w14:textId="77777777" w:rsidR="006A48ED" w:rsidRDefault="00000000">
      <w:pPr>
        <w:spacing w:after="100" w:line="252" w:lineRule="auto"/>
      </w:pPr>
      <w:r>
        <w:rPr>
          <w:sz w:val="22"/>
        </w:rPr>
        <w:t>1. Decreto notificato ed eventuale attestazione di conformità.</w:t>
      </w:r>
      <w:r>
        <w:rPr>
          <w:sz w:val="22"/>
        </w:rPr>
        <w:br/>
        <w:t>2. Relata o relate sottoscritte e documentazione UNEP ove pertinente.</w:t>
      </w:r>
      <w:r>
        <w:rPr>
          <w:sz w:val="22"/>
        </w:rPr>
        <w:br/>
        <w:t>3. Messaggi PEC e ricevute di accettazione e consegna in formato nativo .eml per ciascun destinatario.</w:t>
      </w:r>
      <w:r>
        <w:rPr>
          <w:sz w:val="22"/>
        </w:rPr>
        <w:br/>
        <w:t>4. Prospetto completo dei destinatari e delle date di perfezionamento.</w:t>
      </w:r>
      <w:r>
        <w:rPr>
          <w:sz w:val="22"/>
        </w:rPr>
        <w:br/>
        <w:t>5. Dichiarazione di acquiescenza sottoscritta dal beneficiario.</w:t>
      </w:r>
      <w:r>
        <w:rPr>
          <w:sz w:val="22"/>
        </w:rPr>
        <w:br/>
        <w:t>6. Atti pertinenti al titolo della notificazione al difensore per assenza o irreperibilità, ove necessari.</w:t>
      </w:r>
      <w:r>
        <w:rPr>
          <w:sz w:val="22"/>
        </w:rPr>
        <w:br/>
        <w:t>7. Eventuali ulteriori documenti ______________________________.</w:t>
      </w:r>
    </w:p>
    <w:p w14:paraId="592A584B" w14:textId="77777777" w:rsidR="006A48ED" w:rsidRDefault="00000000">
      <w:pPr>
        <w:spacing w:after="100" w:line="252" w:lineRule="auto"/>
      </w:pPr>
      <w:r>
        <w:rPr>
          <w:sz w:val="22"/>
        </w:rPr>
        <w:t>Luogo ______________________________     Data __________</w:t>
      </w:r>
      <w:r>
        <w:rPr>
          <w:sz w:val="22"/>
        </w:rPr>
        <w:br/>
        <w:t>Firma ______________________________</w:t>
      </w:r>
    </w:p>
    <w:sectPr w:rsidR="006A48ED" w:rsidSect="00034616">
      <w:headerReference w:type="default" r:id="rId8"/>
      <w:footerReference w:type="default" r:id="rId9"/>
      <w:pgSz w:w="12240" w:h="15840"/>
      <w:pgMar w:top="1152" w:right="1224" w:bottom="1080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DADCF1" w14:textId="77777777" w:rsidR="002E6E66" w:rsidRDefault="002E6E66">
      <w:pPr>
        <w:spacing w:after="0" w:line="240" w:lineRule="auto"/>
      </w:pPr>
      <w:r>
        <w:separator/>
      </w:r>
    </w:p>
  </w:endnote>
  <w:endnote w:type="continuationSeparator" w:id="0">
    <w:p w14:paraId="2C2DE9D8" w14:textId="77777777" w:rsidR="002E6E66" w:rsidRDefault="002E6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540E2D" w14:textId="77777777" w:rsidR="006A48ED" w:rsidRDefault="00000000">
    <w:pPr>
      <w:pStyle w:val="Pidipagina"/>
      <w:jc w:val="right"/>
    </w:pPr>
    <w:r>
      <w:t xml:space="preserve">Facsimili per le notificazioni e l’acquiescenza  |  </w:t>
    </w:r>
    <w:r>
      <w:fldChar w:fldCharType="begin"/>
    </w:r>
    <w:r>
      <w:instrText>PAGE</w:instrText>
    </w:r>
    <w:r>
      <w:fldChar w:fldCharType="separate"/>
    </w:r>
    <w:r w:rsidR="000D7C9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E1CDE2" w14:textId="77777777" w:rsidR="002E6E66" w:rsidRDefault="002E6E66">
      <w:pPr>
        <w:spacing w:after="0" w:line="240" w:lineRule="auto"/>
      </w:pPr>
      <w:r>
        <w:separator/>
      </w:r>
    </w:p>
  </w:footnote>
  <w:footnote w:type="continuationSeparator" w:id="0">
    <w:p w14:paraId="3B76359D" w14:textId="77777777" w:rsidR="002E6E66" w:rsidRDefault="002E6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672D60" w14:textId="77777777" w:rsidR="006A48ED" w:rsidRDefault="00000000">
    <w:pPr>
      <w:pStyle w:val="Didascalia"/>
    </w:pPr>
    <w:r>
      <w:rPr>
        <w:color w:val="000000"/>
      </w:rPr>
      <w:t>TRIBUNALE DI REGGIO CALABRIA  •  PRESIDENZA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5624883">
    <w:abstractNumId w:val="8"/>
  </w:num>
  <w:num w:numId="2" w16cid:durableId="2095739173">
    <w:abstractNumId w:val="6"/>
  </w:num>
  <w:num w:numId="3" w16cid:durableId="1169755121">
    <w:abstractNumId w:val="5"/>
  </w:num>
  <w:num w:numId="4" w16cid:durableId="1164203288">
    <w:abstractNumId w:val="4"/>
  </w:num>
  <w:num w:numId="5" w16cid:durableId="501311249">
    <w:abstractNumId w:val="7"/>
  </w:num>
  <w:num w:numId="6" w16cid:durableId="606542077">
    <w:abstractNumId w:val="3"/>
  </w:num>
  <w:num w:numId="7" w16cid:durableId="921915989">
    <w:abstractNumId w:val="2"/>
  </w:num>
  <w:num w:numId="8" w16cid:durableId="408500762">
    <w:abstractNumId w:val="1"/>
  </w:num>
  <w:num w:numId="9" w16cid:durableId="2034726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7C97"/>
    <w:rsid w:val="0015074B"/>
    <w:rsid w:val="0029639D"/>
    <w:rsid w:val="002E6E66"/>
    <w:rsid w:val="00326F90"/>
    <w:rsid w:val="003B1FF6"/>
    <w:rsid w:val="006A48E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1D4397"/>
  <w14:defaultImageDpi w14:val="300"/>
  <w15:docId w15:val="{17DC78C2-6ACA-4B80-8149-688C2B4A5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40" w:line="269" w:lineRule="auto"/>
    </w:pPr>
    <w:rPr>
      <w:rFonts w:ascii="Times New Roman" w:hAnsi="Times New Roman"/>
      <w:sz w:val="23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000000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000000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spacing w:after="300" w:line="240" w:lineRule="auto"/>
      <w:contextualSpacing/>
    </w:pPr>
    <w:rPr>
      <w:b/>
      <w:color w:val="000000"/>
      <w:spacing w:val="5"/>
      <w:kern w:val="28"/>
      <w:sz w:val="3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1378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Mariangela Tavella</cp:lastModifiedBy>
  <cp:revision>2</cp:revision>
  <dcterms:created xsi:type="dcterms:W3CDTF">2026-10-13T11:01:00Z</dcterms:created>
  <dcterms:modified xsi:type="dcterms:W3CDTF">2026-10-13T11:01:00Z</dcterms:modified>
  <cp:category/>
</cp:coreProperties>
</file>